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ילדים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 שמגיע לכל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הזכות לחינוך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שחייבים כדי לחיות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דבר שרוצים אבל אפשר בלעדיו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מבוגרים כמו הורים ומורים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לכל זכות יש גם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הזכות לחינוך היא זכות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אוכל הוא צורך חיוני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משחק ומנוחה חשובים להתפתחות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בטיחות היא זכות חשובה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לכל ילד יש זכות לגדול במשפחה אוהבת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לכל זכות יש גם אחריות קטנה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צורך או רצון?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(צורך)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זכות ואחריות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(האחריות להקשיב ולהשתדל)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(האחריות לשתף חברים)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(האחריות לא לסכן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(האחריות לכבד דעה אחרת)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הזכות לשחק, כי זה כיף ועוזר לי להיות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 הוא דבר הכרחי כמו אוכל, רצון הוא דבר נחמד כמו צעצוע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שזכות מגיעה לכל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הבחנה נכונה בין צורך לרצון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קישור בין זכות לאחריות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השאלות בקול לפני הכתיבה לתלמידים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דוגמאות מהכיתה כדי לחבר את הזכויות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לקושי עבור 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בעולם יש זכויות חשובות, כמו הזכות ללמוד, לשחק ולהרגיש בטוחים. בדף הזה נתרגל ונכיר את הזכויות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זו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שמגיע לכל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 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מהבאות היא זכות של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לנהוג ברכב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לעבוד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לא ללכת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צורך?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שחייבים כדי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שחייבים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שרוצים אבל אפשר בלעדיו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אחראי לדאוג לזכויות של ילדים 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הילד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מבוגרים כמו הורים ומורים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המשטרה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משפט נכון על זכות ואחריות?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זכות יש גם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זכות זה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אחריות זה דבר רע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בעולם יש זכות ללמוד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הוא רצון ולא צורך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לילדים יש זכות לשחק ולנוח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לדאוג לבטיחות של ילדים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היא חלק מהזכויות של ילד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באה בלי שום אחריות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צורך או רצון?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צעצוע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ממתק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צורך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זכות ואחריות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ללמוד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לא לסכן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לכבד דעה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לבטיחות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לשתף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להקשיב ולהשתדל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ילד יש זכות ל__________ בבית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צריכים __________ כדי לנוח ולהתחדש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ילד צריך להרגיש __________ בבית ובחוץ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זכות יש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ילדים זקוקים ל__________ כדי לגדול בריאים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זכות אחת שחשובה לכם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צורך לרצון? 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זכות?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לצורך אחד ולרצון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האחריות שלי כשיש לי זכות ללמוד?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